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Agile Project Management Templates</w:t>
      </w:r>
    </w:p>
    <w:p>
      <w:r>
        <w:rPr>
          <w:color w:val="5B6676"/>
          <w:sz w:val="19"/>
        </w:rPr>
        <w:t>Product backlog, sprint backlog, user story, burndown, retrospective and release plan</w:t>
      </w:r>
    </w:p>
    <w:p>
      <w:pPr>
        <w:spacing w:before="200"/>
      </w:pPr>
      <w:r>
        <w:rPr>
          <w:b/>
          <w:color w:val="0B46E0"/>
          <w:sz w:val="26"/>
        </w:rPr>
        <w:t>1. Product backlog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Rank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ID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User story or item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Value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Size (points)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  <w:tc>
          <w:tcPr>
            <w:tcW w:type="dxa" w:w="1425"/>
            <w:shd w:val="clear" w:color="auto" w:fill="EEF2FF"/>
          </w:tcPr>
          <w:p>
            <w:r/>
            <w:r>
              <w:rPr>
                <w:b/>
                <w:sz w:val="19"/>
              </w:rPr>
              <w:t>Notes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2. Sprint backlog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Sprint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Sprint goal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One sentence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Team capacity (points or hours)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ID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Story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Points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Tasks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Status (To do / Doing / Done)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User story card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As a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type of user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 want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capability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So that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benefit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Acceptance criteria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Given / When / Then, one per line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Size (points)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Priority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Dependencies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Notes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4. Sprint burndown (record daily)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Day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Points remaining (ideal)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Points remaining (actual)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Notes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0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6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7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8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9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10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5. Sprint retrospective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Sprint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Attendees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What went well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What did not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What we will try next sprint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Action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Due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Done?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6. Release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Release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Target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Average velocity (last 3 sprints)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Sprints remaining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Points remaining in release 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Forecast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points remaining divided by velocity = sprints needed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Sprint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Dates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Planned scope (points)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Sprint goal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Forecast complete?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