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Demotion Letter Templates</w:t>
      </w:r>
    </w:p>
    <w:p>
      <w:r>
        <w:rPr>
          <w:color w:val="5B6676"/>
          <w:sz w:val="19"/>
        </w:rPr>
        <w:t>Ten letters for performance, conduct, restructure, voluntary, red-circled, manager to IC, temporary, probation, reduced hours and appeal</w:t>
      </w:r>
    </w:p>
    <w:p>
      <w:pPr>
        <w:spacing w:before="200"/>
      </w:pPr>
      <w:r>
        <w:rPr>
          <w:b/>
          <w:color w:val="0B46E0"/>
          <w:sz w:val="26"/>
        </w:rPr>
        <w:t>Performance-based demotion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This letter confirms the decision discussed on [date] to change your role from [current title] to [new title], effective [date]. The change follows the performance process begun on [date], including [warning / performance improvement plan], in which the standard of [specific] was not met.</w:t>
        <w:br/>
        <w:br/>
        <w:t>In the new role you will report to [manager], your responsibilities will be [summary], and your pay will be $[X] per [period] from the effective date. [Benefits unchanged.]</w:t>
        <w:br/>
        <w:br/>
        <w:t>We believe you can succeed in this role and [support offered]. You may respond in writing within [5] working days.</w:t>
      </w:r>
    </w:p>
    <w:p/>
    <w:p>
      <w:r>
        <w:t>For the Company: ____________________________________________    Date: ______________</w:t>
      </w:r>
    </w:p>
    <w:p>
      <w:r>
        <w:t>Employee acknowledgement (receipt):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Demotion for conduct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Following the investigation into [matter] and the meeting on [date], the decision is to change your role from [title] to [title] with effect from [date], as an alternative to termination. The reasons are set out in the investigation outcome dated [date].</w:t>
        <w:br/>
        <w:br/>
        <w:t>[New role, manager, pay, effective date.] A further breach of [policy] will result in termination. You may appeal this decision in writing to [name] within [5] working days.</w:t>
      </w:r>
    </w:p>
    <w:p/>
    <w:p>
      <w:r>
        <w:t>For the Company: ____________________________________________    Date: ______________</w:t>
      </w:r>
    </w:p>
    <w:p>
      <w:r>
        <w:t>Employee acknowledgement (receipt):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Demotion in a restructure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As part of the restructure of [department] announced on [date], the position of [title] no longer exists. We are pleased to offer you the position of [new title], reporting to [manager], effective [date]. This change is not related to your performance.</w:t>
        <w:br/>
        <w:br/>
        <w:t>Your pay will be [maintained at $X for [12 months] / $X from the effective date]. [Benefits, service, other terms.] Please confirm your acceptance by [date]; if you prefer not to accept, [redundancy terms] apply.</w:t>
      </w:r>
    </w:p>
    <w:p/>
    <w:p>
      <w:r>
        <w:t>For the Company: ____________________________________________    Date: ______________</w:t>
      </w:r>
    </w:p>
    <w:p>
      <w:r>
        <w:t>Employee acknowledgement (receipt):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Voluntary demotion at the employee's request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Thank you for your request dated [date] to move from [title] to [title] for [reason stated by employee, e.g. personal circumstances]. We are glad to accommodate this. Effective [date] you will hold the position of [new title], reporting to [manager], at a salary of $[X].</w:t>
        <w:br/>
        <w:br/>
        <w:t>[Service, benefits unchanged.] If your circumstances change, we would welcome a conversation about returning to a role at your previous level.</w:t>
      </w:r>
    </w:p>
    <w:p/>
    <w:p>
      <w:r>
        <w:t>For the Company: ____________________________________________    Date: ______________</w:t>
      </w:r>
    </w:p>
    <w:p>
      <w:r>
        <w:t>Employee acknowledgement (receipt):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Demotion with pay unchanged (red-circled)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This confirms your change of role from [title] to [title] effective [date]. Your current salary of $[X] will be maintained (red-circled) until [date / the salary range for the new role catches up], after which [terms]. [Reason, manager, responsibilities.]</w:t>
      </w:r>
    </w:p>
    <w:p/>
    <w:p>
      <w:r>
        <w:t>For the Company: ____________________________________________    Date: ______________</w:t>
      </w:r>
    </w:p>
    <w:p>
      <w:r>
        <w:t>Employee acknowledgement (receipt):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Demotion from management to individual contributor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Following our discussions on [dates], this letter confirms your move from [manager title] to [individual contributor title] effective [date], reporting to [manager]. Your management responsibilities for [team] will transfer to [name] on [date]; please complete handover of [items] by then.</w:t>
        <w:br/>
        <w:br/>
        <w:t>[Pay, benefits.] Your expertise in [area] remains central to [team], and we expect this change to allow you to focus on it.</w:t>
      </w:r>
    </w:p>
    <w:p/>
    <w:p>
      <w:r>
        <w:t>For the Company: ____________________________________________    Date: ______________</w:t>
      </w:r>
    </w:p>
    <w:p>
      <w:r>
        <w:t>Employee acknowledgement (receipt):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Temporary demotion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This letter confirms the temporary change of your role from [title] to [title] for the period [start] to [end], for the reason discussed on [date]: [reason]. During this period you will report to [manager] and your pay will be [unchanged / $X]. On [end date] you will return to [title] unless otherwise agreed in writing, subject to [condition, if any].</w:t>
      </w:r>
    </w:p>
    <w:p/>
    <w:p>
      <w:r>
        <w:t>For the Company: ____________________________________________    Date: ______________</w:t>
      </w:r>
    </w:p>
    <w:p>
      <w:r>
        <w:t>Employee acknowledgement (receipt):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Demotion at the end of a probation in a promoted role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Your promotion to [title] on [date] was subject to a [6-month] review. Following the review on [date], we have decided that you will return to your previous role of [title] effective [date], at your previous salary of $[X]. This is not a disciplinary decision. [Reasons, developmental.] [Manager] will work with you on [development plan].</w:t>
      </w:r>
    </w:p>
    <w:p/>
    <w:p>
      <w:r>
        <w:t>For the Company: ____________________________________________    Date: ______________</w:t>
      </w:r>
    </w:p>
    <w:p>
      <w:r>
        <w:t>Employee acknowledgement (receipt):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Demotion with reduced hours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This confirms the change to your role from [title, full-time] to [title, N hours per week] effective [date], as agreed on [date]. Your pay will be $[X] per [period], pro-rated, and your benefits will be [as per policy for part-time staff]. [Service unchanged.]</w:t>
      </w:r>
    </w:p>
    <w:p/>
    <w:p>
      <w:r>
        <w:t>For the Company: ____________________________________________    Date: ______________</w:t>
      </w:r>
    </w:p>
    <w:p>
      <w:r>
        <w:t>Employee acknowledgement (receipt):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Acknowledgement of demotion appeal outcome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title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Effective 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pay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New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t>Dear [Name],</w:t>
        <w:br/>
        <w:br/>
        <w:t>Thank you for your appeal dated [date] against the decision to change your role. [Name] reviewed the decision and the material you provided and met you on [date]. The outcome is that the decision is [upheld / overturned / varied as follows]. The reasons are: [reasons]. [Next steps.] This concludes the internal process.</w:t>
      </w:r>
    </w:p>
    <w:p/>
    <w:p>
      <w:r>
        <w:t>For the Company: ____________________________________________    Date: ______________</w:t>
      </w:r>
    </w:p>
    <w:p>
      <w:r>
        <w:t>Employee acknowledgement (receipt):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