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Employee Appreciation Email Templates</w:t>
      </w:r>
    </w:p>
    <w:p>
      <w:r>
        <w:rPr>
          <w:color w:val="5B6676"/>
          <w:sz w:val="19"/>
        </w:rPr>
        <w:t>Fifteen situations, each with a specific-contribution structure, plus a recognition log</w:t>
      </w:r>
    </w:p>
    <w:p>
      <w:pPr>
        <w:spacing w:before="200"/>
      </w:pPr>
      <w:r>
        <w:rPr>
          <w:b/>
          <w:color w:val="0B46E0"/>
          <w:sz w:val="26"/>
        </w:rPr>
        <w:t>A specific piece of work</w:t>
      </w:r>
    </w:p>
    <w:p>
      <w:r>
        <w:t>Subject: The [deliverable] was excellent</w:t>
        <w:br/>
        <w:br/>
        <w:t>Hi [Name],</w:t>
        <w:br/>
        <w:br/>
        <w:t>I read the [deliverable] this morning. The section on [specific] was exactly what [client / the team] needed, and the way you [specific thing they did] saved us [outcome].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Going beyond the role</w:t>
      </w:r>
    </w:p>
    <w:p>
      <w:r>
        <w:t>Subject: Thank you for stepping in</w:t>
        <w:br/>
        <w:br/>
        <w:t>Hi [Name],</w:t>
        <w:br/>
        <w:br/>
        <w:t>When [situation] happened on [day], you [what they did] without being asked, and it meant [outcome]. That is not in your job description and I noticed.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Hitting a target</w:t>
      </w:r>
    </w:p>
    <w:p>
      <w:r>
        <w:t>Subject: [Target] hit</w:t>
        <w:br/>
        <w:br/>
        <w:t>[Name],</w:t>
        <w:br/>
        <w:br/>
        <w:t>[Number] against a target of [number]. You did that by [how], which is the part I want to recognise, because the number follows from it. Well done.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Handling a difficult customer or situation</w:t>
      </w:r>
    </w:p>
    <w:p>
      <w:r>
        <w:t>Subject: How you handled [situation]</w:t>
        <w:br/>
        <w:br/>
        <w:t>Hi [Name],</w:t>
        <w:br/>
        <w:br/>
        <w:t>I saw how you handled [customer / situation] yesterday. You stayed [calm / clear], you [what they did], and [outcome]. That is hard to do and you did it well.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Helping a colleague</w:t>
      </w:r>
    </w:p>
    <w:p>
      <w:r>
        <w:t>Subject: Thanks for helping [colleague]</w:t>
        <w:br/>
        <w:br/>
        <w:t>Hi [Name],</w:t>
        <w:br/>
        <w:br/>
        <w:t>[Colleague] told me you spent [time] helping them with [thing]. That is the kind of thing that makes this a good team to be on.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Team thank-you after a project</w:t>
      </w:r>
    </w:p>
    <w:p>
      <w:r>
        <w:t>Subject: [Project] is live. Thank you.</w:t>
        <w:br/>
        <w:br/>
        <w:t>Team,</w:t>
        <w:br/>
        <w:br/>
        <w:t>[Project] went live [when] after [duration]. [One sentence on what it delivers.] I want to name a few things: [Name] for [specific], [Name] for [specific], and everyone for [specific collective effort]. Take [Friday afternoon / a day] back this week.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Work anniversary</w:t>
      </w:r>
    </w:p>
    <w:p>
      <w:r>
        <w:t>Subject: [N] years</w:t>
        <w:br/>
        <w:br/>
        <w:t>[Name],</w:t>
        <w:br/>
        <w:br/>
        <w:t>Today is [N] years since you joined. In that time you have [two specific contributions]. I am glad you are here.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Peer to peer</w:t>
      </w:r>
    </w:p>
    <w:p>
      <w:r>
        <w:t>Subject: Thank you</w:t>
        <w:br/>
        <w:br/>
        <w:t>Hi [Name],</w:t>
        <w:br/>
        <w:br/>
        <w:t>Just a note to say thank you for [specific thing] last week. It made [my task / the project] much easier. I appreciated it.</w:t>
        <w:br/>
        <w:br/>
        <w:t>[Colleague]</w:t>
      </w:r>
    </w:p>
    <w:p>
      <w:pPr>
        <w:spacing w:before="200"/>
      </w:pPr>
      <w:r>
        <w:rPr>
          <w:b/>
          <w:color w:val="0B46E0"/>
          <w:sz w:val="26"/>
        </w:rPr>
        <w:t>From leadership to an individual</w:t>
      </w:r>
    </w:p>
    <w:p>
      <w:r>
        <w:t>Subject: Your work on [thing]</w:t>
        <w:br/>
        <w:br/>
        <w:t>[Name],</w:t>
        <w:br/>
        <w:br/>
        <w:t>[Manager] told me about your work on [thing], and I looked at it myself. [Specific observation.] This is the standard we want, and I wanted you to hear that from me directly. Thank you.</w:t>
        <w:br/>
        <w:br/>
        <w:t>[Executive]</w:t>
      </w:r>
    </w:p>
    <w:p>
      <w:pPr>
        <w:spacing w:before="200"/>
      </w:pPr>
      <w:r>
        <w:rPr>
          <w:b/>
          <w:color w:val="0B46E0"/>
          <w:sz w:val="26"/>
        </w:rPr>
        <w:t>Remote team member</w:t>
      </w:r>
    </w:p>
    <w:p>
      <w:r>
        <w:t>Subject: Noticed from here</w:t>
        <w:br/>
        <w:br/>
        <w:t>Hi [Name],</w:t>
        <w:br/>
        <w:br/>
        <w:t>Working remotely can mean good work goes unseen. Yours did not: [specific thing] on [day] was [outcome].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Mentoring or onboarding a new hire</w:t>
      </w:r>
    </w:p>
    <w:p>
      <w:r>
        <w:t>Subject: Thanks for looking after [new hire]</w:t>
        <w:br/>
        <w:br/>
        <w:t>Hi [Name],</w:t>
        <w:br/>
        <w:br/>
        <w:t>[New hire] is up and running faster than anyone expected, and they have said it is because of you. Thank you for the time you put in; it is an investment in the whole team.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Improving a process</w:t>
      </w:r>
    </w:p>
    <w:p>
      <w:r>
        <w:t>Subject: The new [process]</w:t>
        <w:br/>
        <w:br/>
        <w:t>Hi [Name],</w:t>
        <w:br/>
        <w:br/>
        <w:t>Your change to [process] has [measured effect: cut X from Y to Z]. That is the kind of improvement that compounds. Thank you for spotting it and for doing the work to make it stick.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Client praise passed on</w:t>
      </w:r>
    </w:p>
    <w:p>
      <w:r>
        <w:t>Subject: [Client] said this about you</w:t>
        <w:br/>
        <w:br/>
        <w:t>Hi [Name],</w:t>
        <w:br/>
        <w:br/>
        <w:t>[Client] wrote today: "[quote]". I wanted you to see it in their words. Thank you for the work behind it.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Consistent reliability</w:t>
      </w:r>
    </w:p>
    <w:p>
      <w:r>
        <w:t>Subject: Thank you for being reliable</w:t>
        <w:br/>
        <w:br/>
        <w:t>Hi [Name],</w:t>
        <w:br/>
        <w:br/>
        <w:t>Reliability does not get thanked often because it looks like nothing happening. [Specific: every report on time this quarter, every handover complete.] It is noticed and it matters. Thank you.</w:t>
        <w:br/>
        <w:br/>
        <w:t>[Manager]</w:t>
      </w:r>
    </w:p>
    <w:p>
      <w:pPr>
        <w:spacing w:before="200"/>
      </w:pPr>
      <w:r>
        <w:rPr>
          <w:b/>
          <w:color w:val="0B46E0"/>
          <w:sz w:val="26"/>
        </w:rPr>
        <w:t>Thank-you with a reward</w:t>
      </w:r>
    </w:p>
    <w:p>
      <w:r>
        <w:t>Subject: Thank you, and something small</w:t>
        <w:br/>
        <w:br/>
        <w:t>Hi [Name],</w:t>
        <w:br/>
        <w:br/>
        <w:t>[Specific contribution and outcome.] As a thank-you, [reward: a day off on a date of your choosing / a gift card / lunch on the company]. [Name] in HR will arrange it. Thank you.</w:t>
        <w:br/>
        <w:br/>
        <w:t>[Manager]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