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Transfer Letter Templates</w:t>
      </w:r>
    </w:p>
    <w:p>
      <w:r>
        <w:rPr>
          <w:color w:val="5B6676"/>
          <w:sz w:val="19"/>
        </w:rPr>
        <w:t>Internal, relocation, request approved, request declined, temporary and team announcement, with a transfer register</w:t>
      </w:r>
    </w:p>
    <w:p>
      <w:pPr>
        <w:spacing w:before="200"/>
      </w:pPr>
      <w:r>
        <w:rPr>
          <w:b/>
          <w:color w:val="0B46E0"/>
          <w:sz w:val="26"/>
        </w:rPr>
        <w:t>Internal transfer letter (same location)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We are pleased to confirm your transfer from [current role, department] to [new role, department], effective [date]. You will report to [manager]. Your pay, benefits and continuous service date are unchanged [or: your new salary will be $X from the effective date].</w:t>
        <w:br/>
        <w:br/>
        <w:t>Your responsibilities in the new role are set out in the attached job description. Please complete handover of your current duties to [name] by [date].</w:t>
        <w:br/>
        <w:br/>
        <w:t>We look forward to your contribution in [department].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Transfer with relocation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your transfer to [role] at our [city] office, effective [date]. Your new salary will be $[X] per year, reflecting [the role / the location]. The Company will support your relocation as follows: [moving expenses up to $X, temporary accommodation for N weeks, travel for you and your family, relocation allowance of $X], subject to the relocation policy and repayment terms attached.</w:t>
        <w:br/>
        <w:br/>
        <w:t>Your start date in [city] is [date]. [Name] in HR will coordinate the details. Please confirm your acceptance by [date].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Transfer request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request dated [date] to transfer to [department / role]. Following discussion with [current manager] and [receiving manager], your request is approved, effective [date].</w:t>
        <w:br/>
        <w:br/>
        <w:t>[Terms: pay, reporting line, probation in the new role if applicable.] Your continuous service and benefits are unaffected. Please arrange handover with [name] by [date].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Transfer request declined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request to transfer to [department / role]. After careful consideration we are not able to approve the transfer at this time because [reason: no vacancy, skills required, business need in current role]. We will keep your interest on file and let you know when a suitable vacancy arises; in the meantime [development offered].</w:t>
        <w:br/>
        <w:br/>
        <w:t>Please speak to [manager / HR] if you would like to discuss this.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Temporary transfer or secondment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your temporary transfer to [role, department / project] from [start date] to [end date]. During this period you will report to [manager]. Your pay and benefits [are unchanged / will be as follows]. At the end of the period you will return to your substantive role of [role] unless otherwise agreed in writing.</w:t>
        <w:br/>
        <w:br/>
        <w:t>[Any allowance, travel or accommodation arrangements.]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Transfer announcement to the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Team,</w:t>
        <w:br/>
        <w:br/>
        <w:t>From [date], [Name] will be joining [department] as [role], moving from [current department], where they have [one line on contribution]. Please join me in welcoming [Name]. [Name] will be handing over [duties] to [name] over the next [period]; questions about [area] should go to [name] from [date].</w:t>
      </w:r>
    </w:p>
    <w:p/>
    <w:p>
      <w:r>
        <w:t>For the Company: ____________________________________________    Date: ______________</w:t>
      </w:r>
    </w:p>
    <w:p>
      <w:r>
        <w:t>Employee acceptance: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Transfer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Type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Effective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Pay change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Letter issued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Accepted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Handover complete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