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Employee Warning Letter Templates</w:t>
      </w:r>
    </w:p>
    <w:p>
      <w:r>
        <w:rPr>
          <w:color w:val="5B6676"/>
          <w:sz w:val="19"/>
        </w:rPr>
        <w:t>Attendance, performance, conduct and final warnings, verbal warning record and a warning log</w:t>
      </w:r>
    </w:p>
    <w:p>
      <w:pPr>
        <w:spacing w:before="200"/>
      </w:pPr>
      <w:r>
        <w:rPr>
          <w:b/>
          <w:color w:val="0B46E0"/>
          <w:sz w:val="26"/>
        </w:rPr>
        <w:t>First written warning: attendance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Warning level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First written warning</w:t>
            </w:r>
          </w:p>
        </w:tc>
      </w:tr>
    </w:tbl>
    <w:p/>
    <w:p>
      <w:r>
        <w:t>Dear [Name],</w:t>
        <w:br/>
        <w:br/>
        <w:t>This letter is a first written warning about your attendance. Since [date] you have had [number] unscheduled absences and [number] late arrivals, on [dates], which exceeds the [number] occurrences allowed under the attendance policy. None of these absences was protected leave; if any was related to a medical condition, family leave or another protected reason, tell HR so the record can be corrected.</w:t>
        <w:br/>
        <w:br/>
        <w:t>We discussed this on [date] and agreed you would [commitment]. We expect you to meet the attendance standard from today. Further unscheduled absences in the next [12 months] may lead to a final warning and then termination under the progressive discipline policy.</w:t>
        <w:br/>
        <w:br/>
        <w:t>You may respond in writing within [5] working days and your response will be kept with this letter. Support available to you includes [EAP / schedule review].</w:t>
      </w:r>
    </w:p>
    <w:p/>
    <w:p>
      <w:r>
        <w:t>Manager: ____________________________________________    Date: ______________</w:t>
      </w:r>
    </w:p>
    <w:p>
      <w:r>
        <w:t>Employee acknowledgement (receipt, not agreement):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First written warning: performance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Warning level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First written warning</w:t>
            </w:r>
          </w:p>
        </w:tc>
      </w:tr>
    </w:tbl>
    <w:p/>
    <w:p>
      <w:r>
        <w:t>Dear [Name],</w:t>
        <w:br/>
        <w:br/>
        <w:t>This is a first written warning about your performance in the role of [title]. On [dates] the following standards were not met: [specific examples with measures]. We discussed these on [date] and you were given [support provided].</w:t>
        <w:br/>
        <w:br/>
        <w:t>From today the expected standard is [specific, measurable]. We will review progress on [dates] over the next [60] days. If the standard is met and sustained, this warning will be noted as resolved; if not, a final warning or a performance improvement plan may follow.</w:t>
        <w:br/>
        <w:br/>
        <w:t>You may respond in writing within [5] working days.</w:t>
      </w:r>
    </w:p>
    <w:p/>
    <w:p>
      <w:r>
        <w:t>Manager: ____________________________________________    Date: ______________</w:t>
      </w:r>
    </w:p>
    <w:p>
      <w:r>
        <w:t>Employee acknowledgement (receipt, not agreement):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First written warning: conduct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Warning level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First written warning</w:t>
            </w:r>
          </w:p>
        </w:tc>
      </w:tr>
    </w:tbl>
    <w:p/>
    <w:p>
      <w:r>
        <w:t>Dear [Name],</w:t>
        <w:br/>
        <w:br/>
        <w:t>This is a first written warning for conduct. On [date] you [description of conduct], which breaches [policy]. You were given the opportunity to explain at a meeting on [date] and said [summary].</w:t>
        <w:br/>
        <w:br/>
        <w:t>We expect this conduct not to recur. A further breach may result in a final warning or termination depending on seriousness.</w:t>
        <w:br/>
        <w:br/>
        <w:t>You may respond in writing within [5] working days.</w:t>
      </w:r>
    </w:p>
    <w:p/>
    <w:p>
      <w:r>
        <w:t>Manager: ____________________________________________    Date: ______________</w:t>
      </w:r>
    </w:p>
    <w:p>
      <w:r>
        <w:t>Employee acknowledgement (receipt, not agreement):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Final written warning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Warning level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Final written warning</w:t>
            </w:r>
          </w:p>
        </w:tc>
      </w:tr>
    </w:tbl>
    <w:p/>
    <w:p>
      <w:r>
        <w:t>Dear [Name],</w:t>
        <w:br/>
        <w:br/>
        <w:t>This is a final written warning. Despite the first written warning dated [date] regarding [issue], on [dates] [description]. This means the standard set in that warning has not been met.</w:t>
        <w:br/>
        <w:br/>
        <w:t>This is your last opportunity to meet the required standard of [specific]. Any further [occurrence / breach] within [12 months] will result in termination of employment.</w:t>
        <w:br/>
        <w:br/>
        <w:t>You may respond in writing within [5] working days. Support available includes [support].</w:t>
      </w:r>
    </w:p>
    <w:p/>
    <w:p>
      <w:r>
        <w:t>Manager: ____________________________________________    Date: ______________</w:t>
      </w:r>
    </w:p>
    <w:p>
      <w:r>
        <w:t>Employee acknowledgement (receipt, not agreement):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Verbal warning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Warning level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Verbal warning record</w:t>
            </w:r>
          </w:p>
        </w:tc>
      </w:tr>
    </w:tbl>
    <w:p/>
    <w:p>
      <w:r>
        <w:t>Record of verbal warning given to [Name] on [date] by [manager] regarding [issue]. Facts discussed: [facts]. Employee's response: [response]. Standard expected from today: [standard]. Review date: [date]. This record is kept on file for [12 months].</w:t>
      </w:r>
    </w:p>
    <w:p/>
    <w:p>
      <w:r>
        <w:t>Manager: ____________________________________________    Date: ______________</w:t>
      </w:r>
    </w:p>
    <w:p>
      <w:r>
        <w:t>Employee acknowledgement (receipt, not agreement):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Warning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Level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Issue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Standard set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Review date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Outcome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Expires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