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New Employee Announcement Templates</w:t>
      </w:r>
    </w:p>
    <w:p>
      <w:r>
        <w:rPr>
          <w:color w:val="5B6676"/>
          <w:sz w:val="19"/>
        </w:rPr>
        <w:t>Company email, team message, senior appointment, client introduction, chat post and intranet profile, with a tracker</w:t>
      </w:r>
    </w:p>
    <w:p>
      <w:pPr>
        <w:spacing w:before="200"/>
      </w:pPr>
      <w:r>
        <w:rPr>
          <w:b/>
          <w:color w:val="0B46E0"/>
          <w:sz w:val="26"/>
        </w:rPr>
        <w:t>Company-wide email</w:t>
      </w:r>
    </w:p>
    <w:p>
      <w:r>
        <w:t>Subject: Welcome [Name], our new [role]</w:t>
        <w:br/>
        <w:br/>
        <w:t>Team,</w:t>
        <w:br/>
        <w:br/>
        <w:t>Please welcome [Name], who joins us on [date] as [role] in [department], reporting to [manager]. [Name] comes to us from [previous company / background], where they [one specific achievement or responsibility]. In their first months [Name] will be focused on [priority].</w:t>
        <w:br/>
        <w:br/>
        <w:t>[Name] is based in [location] and you will find them at [desk / channel]. [One personal line the new hire has approved: outside work, [Name] ...]</w:t>
        <w:br/>
        <w:br/>
        <w:t>Please say hello.</w:t>
      </w:r>
    </w:p>
    <w:p>
      <w:pPr>
        <w:spacing w:before="200"/>
      </w:pPr>
      <w:r>
        <w:rPr>
          <w:b/>
          <w:color w:val="0B46E0"/>
          <w:sz w:val="26"/>
        </w:rPr>
        <w:t>Team announcement (chat or email)</w:t>
      </w:r>
    </w:p>
    <w:p>
      <w:r>
        <w:t>Hi all,</w:t>
        <w:br/>
        <w:br/>
        <w:t>[Name] starts with us [day] as [role]. They will be picking up [responsibilities] and working closely with [names] on [project]. [Buddy] is [Name]'s buddy for the first few weeks; please loop [Name] into [channels / meetings] and make time for a quick intro this week.</w:t>
      </w:r>
    </w:p>
    <w:p>
      <w:pPr>
        <w:spacing w:before="200"/>
      </w:pPr>
      <w:r>
        <w:rPr>
          <w:b/>
          <w:color w:val="0B46E0"/>
          <w:sz w:val="26"/>
        </w:rPr>
        <w:t>Senior hire or leadership appointment</w:t>
      </w:r>
    </w:p>
    <w:p>
      <w:r>
        <w:t>Subject: [Name] appointed [title]</w:t>
        <w:br/>
        <w:br/>
        <w:t>I am pleased to announce that [Name] will join [Company] as [title] on [date], reporting to [executive]. [Name] brings [N] years in [field], most recently as [role] at [company], where they [two specific achievements]. [Name] will lead [scope] and will be responsible for [priorities].</w:t>
        <w:br/>
        <w:br/>
        <w:t>[Name] succeeds [predecessor], who [leaves / moves to] on [date]; thank you to [predecessor] for [contribution]. Please join me in welcoming [Name].</w:t>
      </w:r>
    </w:p>
    <w:p>
      <w:pPr>
        <w:spacing w:before="200"/>
      </w:pPr>
      <w:r>
        <w:rPr>
          <w:b/>
          <w:color w:val="0B46E0"/>
          <w:sz w:val="26"/>
        </w:rPr>
        <w:t>Client or external announcement</w:t>
      </w:r>
    </w:p>
    <w:p>
      <w:r>
        <w:t>Dear [Client],</w:t>
        <w:br/>
        <w:br/>
        <w:t>I am writing to introduce [Name], who joins [Company] on [date] as [role] and will be your [point of contact / account lead] from [date]. [Name] brings [relevant experience] and will be working with [current contact] over the next [period] to ensure a smooth handover.</w:t>
        <w:br/>
        <w:br/>
        <w:t>[Name] can be reached at [email, phone]. [Current contact] remains available until [date]. Thank you for your continued partnership.</w:t>
      </w:r>
    </w:p>
    <w:p>
      <w:pPr>
        <w:spacing w:before="200"/>
      </w:pPr>
      <w:r>
        <w:rPr>
          <w:b/>
          <w:color w:val="0B46E0"/>
          <w:sz w:val="26"/>
        </w:rPr>
        <w:t>Short chat post</w:t>
      </w:r>
    </w:p>
    <w:p>
      <w:r>
        <w:t>Welcome [Name] (@handle), joining [team] today as [role]. [Name] will be working on [focus]. Say hi in #[channel].</w:t>
      </w:r>
    </w:p>
    <w:p>
      <w:pPr>
        <w:spacing w:before="200"/>
      </w:pPr>
      <w:r>
        <w:rPr>
          <w:b/>
          <w:color w:val="0B46E0"/>
          <w:sz w:val="26"/>
        </w:rPr>
        <w:t>Intranet or newsletter profile</w:t>
      </w:r>
    </w:p>
    <w:p>
      <w:r>
        <w:t>[Name], [Role], [Department]</w:t>
        <w:br/>
        <w:t>Starts: [date]. Based: [location]. Reports to: [manager].</w:t>
        <w:br/>
        <w:t>Background: [two sentences].</w:t>
        <w:br/>
        <w:t>First 90 days: [focus].</w:t>
        <w:br/>
        <w:t>Ask me about: [topics the new hire chose].</w:t>
        <w:br/>
        <w:t>Outside work: [one line the new hire approved].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Announcement checklist</w:t>
      </w:r>
    </w:p>
    <w:p>
      <w:r>
        <w:t>☐  Start date, role, team and manager confirmed</w:t>
      </w:r>
    </w:p>
    <w:p>
      <w:r>
        <w:t>☐  Background line approved by the new hire</w:t>
      </w:r>
    </w:p>
    <w:p>
      <w:r>
        <w:t>☐  Personal line approved by the new hire (optional)</w:t>
      </w:r>
    </w:p>
    <w:p>
      <w:r>
        <w:t>☐  Photo obtained with consent (if used)</w:t>
      </w:r>
    </w:p>
    <w:p>
      <w:r>
        <w:t>☐  Contact details, desk and channels set up</w:t>
      </w:r>
    </w:p>
    <w:p>
      <w:r>
        <w:t>☐  Buddy named</w:t>
      </w:r>
    </w:p>
    <w:p>
      <w:r>
        <w:t>☐  Company email sent on or before day one</w:t>
      </w:r>
    </w:p>
    <w:p>
      <w:r>
        <w:t>☐  Team message sent</w:t>
      </w:r>
    </w:p>
    <w:p>
      <w:r>
        <w:t>☐  Client introductions sent where the role is client-facing</w:t>
      </w:r>
    </w:p>
    <w:p>
      <w:r>
        <w:t>☐  Chat post and intranet profile published</w:t>
      </w:r>
    </w:p>
    <w:p>
      <w:r>
        <w:t>☐  Org chart and directory updated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