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E17"/>
          <w:sz w:val="40"/>
        </w:rPr>
        <w:t>Project Deliverables Templates</w:t>
      </w:r>
    </w:p>
    <w:p>
      <w:r>
        <w:rPr>
          <w:color w:val="5B6676"/>
          <w:sz w:val="19"/>
        </w:rPr>
        <w:t>Deliverables list, definition, acceptance and sign-off, tracker and handover record</w:t>
      </w:r>
    </w:p>
    <w:p>
      <w:pPr>
        <w:spacing w:before="200"/>
      </w:pPr>
      <w:r>
        <w:rPr>
          <w:b/>
          <w:color w:val="0B46E0"/>
          <w:sz w:val="26"/>
        </w:rPr>
        <w:t>1. Deliverables list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Project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Version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ID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Deliverable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Description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Owner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Due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Acceptor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2. Deliverable definition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Deliverable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ID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Purpose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What it is for and who uses it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Description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What it consists of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Format or form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Document, system, physical, service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Acceptance criteria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Measurable; one per line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Quality standards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Dependencies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Owner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Acceptor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Due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3. Acceptance criteria and sign-off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Deliverable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Submitted on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Submitted by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Criterion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Evidence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Met? (Y/N)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Comment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Decision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Accepted / Accepted with conditions / Rejected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Conditions or required fixes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Resubmission due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/>
    <w:p>
      <w:r>
        <w:t>Acceptor: ____________________________________________    Date: ______________</w:t>
      </w:r>
    </w:p>
    <w:p>
      <w:r>
        <w:t>Project manager: ____________________________________________    Date: ______________</w:t>
      </w:r>
    </w:p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4. Deliverable tracker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46"/>
        <w:gridCol w:w="1246"/>
        <w:gridCol w:w="1246"/>
        <w:gridCol w:w="1246"/>
        <w:gridCol w:w="1246"/>
        <w:gridCol w:w="1246"/>
        <w:gridCol w:w="1246"/>
        <w:gridCol w:w="1246"/>
      </w:tblGrid>
      <w:tr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ID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Deliverable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Owner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Due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Submitted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Accepted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Status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Notes</w:t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5. Handover record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Deliverable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Handed to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Documentation provided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Training provided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Known issues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Support arrangements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Warranty or defects period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/>
    <w:p>
      <w:r>
        <w:t>Receiving owner: ____________________________________________    Date: ______________</w:t>
      </w:r>
    </w:p>
    <w:p>
      <w:r>
        <w:t>Project manager: ____________________________________________    Date: 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B94A5"/>
        <w:sz w:val="16"/>
      </w:rPr>
      <w:t>Template from WorkIntel Hub (workintelhub.com). Free to use and adapt.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