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Resignation Acceptance Letter Templates</w:t>
      </w:r>
    </w:p>
    <w:p>
      <w:r>
        <w:rPr>
          <w:color w:val="5B6676"/>
          <w:sz w:val="19"/>
        </w:rPr>
        <w:t>Ten situations with the terms each needs, plus an offboarding tracker</w:t>
      </w:r>
    </w:p>
    <w:p>
      <w:pPr>
        <w:spacing w:before="200"/>
      </w:pPr>
      <w:r>
        <w:rPr>
          <w:b/>
          <w:color w:val="0B46E0"/>
          <w:sz w:val="26"/>
        </w:rPr>
        <w:t>Standard acceptance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Resignation received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Last day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Final pay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This letter confirms that we have received and accepted your resignation dated [date] from the position of [title]. Your last day of employment will be [date], in line with your notice period.</w:t>
        <w:br/>
        <w:br/>
        <w:t>Before then, please [handover arrangements, return of equipment]. Your final pay, including [accrued PTO where payable], will be paid on [date] by [method]. Information about benefits continuation will follow from HR.</w:t>
        <w:br/>
        <w:br/>
        <w:t>Thank you for your contribution to [Company] over [period]. We wish you well.</w:t>
      </w:r>
    </w:p>
    <w:p/>
    <w:p>
      <w:r>
        <w:t>For the Company: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Acceptance with regret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Resignation received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Last day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Final pay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I have received your resignation dated [date] and I accept it, with real regret. Your work on [specific] has been [specific], and you will be missed by [team].</w:t>
        <w:br/>
        <w:br/>
        <w:t>Your last day will be [date]. [Handover, equipment, final pay as above.]</w:t>
        <w:br/>
        <w:br/>
        <w:t>If your circumstances change, the door is open. Thank you for everything you have done here.</w:t>
      </w:r>
    </w:p>
    <w:p/>
    <w:p>
      <w:r>
        <w:t>For the Company: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Acceptance with immediate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Resignation received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Last day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Final pay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Thank you for your resignation dated [date]. We accept it and, as discussed, release you from your notice period with effect from [date], which will be your last day. You will be paid [in lieu of notice for the period to [date] / through your last day] together with [accrued PTO where payable] on [date].</w:t>
        <w:br/>
        <w:br/>
        <w:t>Please return [equipment] by [date]. Thank you for your service.</w:t>
      </w:r>
    </w:p>
    <w:p/>
    <w:p>
      <w:r>
        <w:t>For the Company: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Acceptance declining early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Resignation received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Last day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Final pay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Thank you for your resignation dated [date], which we accept. You asked to leave before the end of your notice period on [date]. Because of [handover of X / coverage of Y], we need you to work through your contractual notice, so your last day will be [date]. We will support the handover with [arrangements].</w:t>
        <w:br/>
        <w:br/>
        <w:t>[Final pay and equipment as above.]</w:t>
      </w:r>
    </w:p>
    <w:p/>
    <w:p>
      <w:r>
        <w:t>For the Company: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Acceptance after a counteroffer was declined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Resignation received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Last day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Final pay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Following our conversation on [date], I understand you have decided to proceed with your resignation despite the offer we discussed. We accept your resignation; your last day will be [date].</w:t>
        <w:br/>
        <w:br/>
        <w:t>I respect your decision and appreciate the openness of the conversation. [Handover, final pay as above.] Thank you for your work here.</w:t>
      </w:r>
    </w:p>
    <w:p/>
    <w:p>
      <w:r>
        <w:t>For the Company: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Acceptance of a retirement resignation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Resignation received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Last day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Final pay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Thank you for your letter dated [date] advising of your retirement on [date]. We accept it with gratitude for [N] years of service. [Two specific contributions.]</w:t>
        <w:br/>
        <w:br/>
        <w:t>HR will contact you regarding pension, benefits continuation and final pay, and [manager] will arrange the handover of your responsibilities and a farewell on [date]. Congratulations on your retirement.</w:t>
      </w:r>
    </w:p>
    <w:p/>
    <w:p>
      <w:r>
        <w:t>For the Company: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Acceptance during probation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Resignation received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Last day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Final pay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We have received your resignation dated [date] from the position of [title] during your probationary period. In line with your contract, your notice period is [N days] and your last day will be [date]. [Final pay, equipment.]</w:t>
        <w:br/>
        <w:br/>
        <w:t>Thank you for your time with us and we wish you well.</w:t>
      </w:r>
    </w:p>
    <w:p/>
    <w:p>
      <w:r>
        <w:t>For the Company: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Acceptance of a resignation given verbally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Resignation received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Last day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Final pay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This letter confirms our understanding that on [date] you informed [manager] verbally that you are resigning from the position of [title] with effect from [date]. We accept your resignation on those terms. If this does not reflect your intention, please tell HR in writing by [date].</w:t>
        <w:br/>
        <w:br/>
        <w:t>[Last day, final pay, equipment.]</w:t>
      </w:r>
    </w:p>
    <w:p/>
    <w:p>
      <w:r>
        <w:t>For the Company: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Acceptance of a remote employee's resignation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Resignation received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Last day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Final pay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This confirms acceptance of your resignation dated [date]; your last day will be [date].</w:t>
        <w:br/>
        <w:br/>
        <w:t>As you work remotely: a prepaid return label for [equipment] will be sent to you by [date]; please return the items by [date]. Access to systems will end at [time] on your last day. Final pay of [amount] will be deposited on [date] under the rules of [state], and benefits information will be emailed to your personal address. Thank you for your work.</w:t>
      </w:r>
    </w:p>
    <w:p/>
    <w:p>
      <w:r>
        <w:t>For the Company: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Response to a request to withdraw a resignation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Resignation received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Last day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Final pay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Thank you for your note of [date] asking to withdraw the resignation you gave on [date]. [Option A: We are happy to accept the withdrawal; your employment continues on existing terms and this letter supersedes our acceptance dated [date].] [Option B: Because we have [recruited a replacement / reorganised the role], we are unable to accept the withdrawal, and your last day remains [date]. We are sorry we could not accommodate the request.]</w:t>
      </w:r>
    </w:p>
    <w:p/>
    <w:p>
      <w:r>
        <w:t>For the Company: ____________________________________________    Date: 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